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sz w:val="24"/>
        </w:rPr>
        <w:t>IDEAYA Inc.</w:t>
        <w:br/>
        <w:t>IMMIGRANTS for DEVELOPMENT and EDUCATION of AUSTIN YOUTH AID Inc.</w:t>
        <w:br/>
        <w:t>A SCHOLARSHIP FOUNDATION</w:t>
        <w:br/>
        <w:t>Nonprofit 501(c)(3)</w:t>
      </w:r>
    </w:p>
    <w:p>
      <w:r>
        <w:br/>
        <w:t>Dear Guidance Counselor,</w:t>
      </w:r>
    </w:p>
    <w:p>
      <w:r>
        <w:t>IDEAYA Inc. wants to provide opportunities for under-privileged (please follow Texas State’s Poverty Guidelines) AISD High School Graduates whose G.P.A. is 2.0 to 3.0.</w:t>
      </w:r>
    </w:p>
    <w:p>
      <w:r>
        <w:t>We want to help this genre of students since they may find it hard to get needed financial support to get employable skills beyond High School. This scholarship will enable them to get career opportunities.</w:t>
      </w:r>
    </w:p>
    <w:p>
      <w:r>
        <w:t>The student must plan on attending JATC Electrician Apprenticeship School. The selected students’ First Fall Semester’s Tuition Fees will be paid directly to JATC by IDEAYA Inc.</w:t>
      </w:r>
    </w:p>
    <w:p>
      <w:r>
        <w:t>Please help us in returning the filled &amp; signed IDEAYA Inc. Application Forms by those students by April 30th________________.</w:t>
      </w:r>
    </w:p>
    <w:p>
      <w:r>
        <w:t>Thank You, Sincerely,</w:t>
      </w:r>
    </w:p>
    <w:p>
      <w:r>
        <w:t>IDEAYA Inc. (Immigrants for Development and Education of Austin Youth Aid Inc.)</w:t>
        <w:br/>
        <w:t>P.S. Please call 512-350-3161 for any questions.</w:t>
        <w:br/>
        <w:t>www.ideayainc.org | www.facebook.com/ideayaaustin</w:t>
      </w:r>
    </w:p>
    <w:p>
      <w:r>
        <w:br w:type="page"/>
      </w:r>
    </w:p>
    <w:p>
      <w:pPr>
        <w:jc w:val="center"/>
      </w:pPr>
      <w:r>
        <w:rPr>
          <w:b/>
        </w:rPr>
        <w:t>Immigrants for Development and Education of Austin Youth Aid Inc.</w:t>
      </w:r>
    </w:p>
    <w:p>
      <w:pPr>
        <w:jc w:val="center"/>
      </w:pPr>
      <w:r>
        <w:rPr>
          <w:b/>
        </w:rPr>
        <w:t>Eligibility &amp; Requirements for IDEAYA Inc. Scholarship Applicants:</w:t>
      </w:r>
    </w:p>
    <w:p>
      <w:pPr>
        <w:pStyle w:val="ListBullet"/>
      </w:pPr>
      <w:r>
        <w:t>Residency: Austin, Travis and surrounding Counties.</w:t>
      </w:r>
    </w:p>
    <w:p>
      <w:pPr>
        <w:pStyle w:val="ListBullet"/>
      </w:pPr>
      <w:r>
        <w:t>A letter from the student explaining why he/she needs IDEAYA Inc. Scholarship.</w:t>
      </w:r>
    </w:p>
    <w:p>
      <w:pPr>
        <w:pStyle w:val="ListBullet"/>
      </w:pPr>
      <w:r>
        <w:t>A strong work ethic and good attendance record are very important.</w:t>
      </w:r>
    </w:p>
    <w:p>
      <w:pPr>
        <w:pStyle w:val="ListBullet"/>
      </w:pPr>
      <w:r>
        <w:t>Low Income: Follow Texas State Poverty Guidelines only.</w:t>
      </w:r>
    </w:p>
    <w:p>
      <w:pPr>
        <w:pStyle w:val="ListBullet"/>
      </w:pPr>
      <w:r>
        <w:t>Proof of Free Lunch / Effective Family Contribution [EFC] need to be submitted.</w:t>
      </w:r>
    </w:p>
    <w:p>
      <w:pPr>
        <w:pStyle w:val="ListBullet"/>
      </w:pPr>
      <w:r>
        <w:t>Copies of Transcripts of G.P.A.: (2.0 to 3.0 is required).</w:t>
      </w:r>
    </w:p>
    <w:p>
      <w:pPr>
        <w:pStyle w:val="ListBullet"/>
      </w:pPr>
      <w:r>
        <w:t>The scholarship should only be given in the event of attending the First Fall Semester and failure to do so will result in the loss of the scholarship.</w:t>
      </w:r>
    </w:p>
    <w:p>
      <w:pPr>
        <w:pStyle w:val="ListBullet"/>
      </w:pPr>
      <w:r>
        <w:t>Dropping out and any illegal activity proven in a Court of Law will result in the loss of the scholarship.</w:t>
      </w:r>
    </w:p>
    <w:p>
      <w:r>
        <w:br/>
        <w:t>Submission Checklist:</w:t>
      </w:r>
    </w:p>
    <w:p>
      <w:pPr>
        <w:pStyle w:val="ListNumber"/>
      </w:pPr>
      <w:r>
        <w:t>Completed Scholarship Application.</w:t>
      </w:r>
    </w:p>
    <w:p>
      <w:pPr>
        <w:pStyle w:val="ListNumber"/>
      </w:pPr>
      <w:r>
        <w:t>Letter explaining why you need this scholarship.</w:t>
      </w:r>
    </w:p>
    <w:p>
      <w:pPr>
        <w:pStyle w:val="ListNumber"/>
      </w:pPr>
      <w:r>
        <w:t>Copy of your transcript.</w:t>
      </w:r>
    </w:p>
    <w:p>
      <w:pPr>
        <w:pStyle w:val="ListNumber"/>
      </w:pPr>
      <w:r>
        <w:t>Proof of Free Lunch / Effective Family Contribution [EFC].</w:t>
      </w:r>
    </w:p>
    <w:p>
      <w:r>
        <w:br/>
        <w:t>IDEAYA Inc. promises that none of its Staff, Board Members, Selection Committee et al. under any circumstances will not reveal or share any of the information submitted by applicants for IDEAYA Inc.'s Scholarship with any outside/ private entities for any purposes except to investigators of Texas State Government or U.S. Government Officials if and when required by the law.</w:t>
      </w:r>
    </w:p>
    <w:p>
      <w:r>
        <w:br w:type="page"/>
      </w:r>
    </w:p>
    <w:p>
      <w:pPr>
        <w:jc w:val="center"/>
      </w:pPr>
      <w:r>
        <w:rPr>
          <w:b/>
        </w:rPr>
        <w:t>Immigrants for Development and Education of Austin Youth Aid Inc.</w:t>
        <w:br/>
        <w:t>Scholarship Application</w:t>
      </w:r>
    </w:p>
    <w:p>
      <w:r>
        <w:t>Please fill in the application and return it to your campus Guidance Counselor's Office.</w:t>
        <w:br/>
      </w:r>
    </w:p>
    <w:p>
      <w:r>
        <w:t>Last Name: _________________ First Name: ________________________</w:t>
      </w:r>
    </w:p>
    <w:p>
      <w:r>
        <w:t>Social Security #: _________________ E-mail: _________________________</w:t>
      </w:r>
    </w:p>
    <w:p>
      <w:r>
        <w:t>Father’s/Guardian’s Name: ______________________________________</w:t>
      </w:r>
    </w:p>
    <w:p>
      <w:r>
        <w:t>Phone #: _______________________________________________________</w:t>
      </w:r>
    </w:p>
    <w:p>
      <w:r>
        <w:t>Address: _____________________________________ Zip Code: _______</w:t>
      </w:r>
    </w:p>
    <w:p>
      <w:r>
        <w:t>Mother’s/Guardian’s Name: _____________________________________</w:t>
      </w:r>
    </w:p>
    <w:p>
      <w:r>
        <w:t>Phone #: _______________________________________________________</w:t>
      </w:r>
    </w:p>
    <w:p>
      <w:r>
        <w:t>Address: _________________________________ Zip Code: __________</w:t>
      </w:r>
    </w:p>
    <w:p>
      <w:r>
        <w:br/>
        <w:t>Please check the approximate Family Annual Income (Include all sources except earnings of minors):</w:t>
      </w:r>
    </w:p>
    <w:p>
      <w:r>
        <w:t>____ Below $15,000    ____ $15,000-$20,000    ____ $20,000-$25,000    ____ $25,000-$30,000</w:t>
      </w:r>
    </w:p>
    <w:p>
      <w:r>
        <w:br/>
        <w:t>I certify that all information on this application is true &amp; correct:</w:t>
      </w:r>
    </w:p>
    <w:p>
      <w:r>
        <w:br/>
        <w:t>Student’s Signature: _______________________    Parent’s Signature: _______________________</w:t>
      </w:r>
    </w:p>
    <w:p>
      <w:r>
        <w:br/>
        <w:t>Counselor’s Signature: _____________________    Date: 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